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FA2E10" w14:paraId="2D87DD4E" w14:textId="77777777">
        <w:trPr>
          <w:cantSplit/>
          <w:jc w:val="center"/>
        </w:trPr>
        <w:tc>
          <w:tcPr>
            <w:tcW w:w="9972" w:type="dxa"/>
            <w:shd w:val="clear" w:color="auto" w:fill="156B2A"/>
            <w:vAlign w:val="center"/>
          </w:tcPr>
          <w:p w14:paraId="095C1B16" w14:textId="77777777" w:rsidR="00FA2E10" w:rsidRDefault="00000000" w:rsidP="00D219F5">
            <w:pPr>
              <w:jc w:val="center"/>
            </w:pPr>
            <w:r>
              <w:rPr>
                <w:b/>
                <w:color w:val="FFFFFF"/>
                <w:sz w:val="24"/>
              </w:rPr>
              <w:t>INTERNATIONAL CONFERENCE ON BIOMEDICAL INNOVATION FOR SUSTAINABLE HEALTH</w:t>
            </w:r>
            <w:r>
              <w:rPr>
                <w:b/>
                <w:color w:val="FFFFFF"/>
                <w:sz w:val="24"/>
              </w:rPr>
              <w:br/>
              <w:t>(ICBISH 2026)</w:t>
            </w:r>
          </w:p>
        </w:tc>
      </w:tr>
      <w:tr w:rsidR="00FA2E10" w14:paraId="06E22773" w14:textId="77777777">
        <w:trPr>
          <w:cantSplit/>
          <w:jc w:val="center"/>
        </w:trPr>
        <w:tc>
          <w:tcPr>
            <w:tcW w:w="9972" w:type="dxa"/>
            <w:shd w:val="clear" w:color="auto" w:fill="156B2A"/>
            <w:vAlign w:val="center"/>
          </w:tcPr>
          <w:p w14:paraId="5041C9A9" w14:textId="77777777" w:rsidR="00FA2E10" w:rsidRDefault="00000000">
            <w:r>
              <w:rPr>
                <w:b/>
                <w:color w:val="FFFFFF"/>
                <w:sz w:val="32"/>
              </w:rPr>
              <w:t>EXTENDED ABSTRACT TEMPLATE</w:t>
            </w:r>
          </w:p>
        </w:tc>
      </w:tr>
      <w:tr w:rsidR="00FA2E10" w14:paraId="5BACB9BA" w14:textId="77777777">
        <w:trPr>
          <w:cantSplit/>
          <w:jc w:val="center"/>
        </w:trPr>
        <w:tc>
          <w:tcPr>
            <w:tcW w:w="9972" w:type="dxa"/>
            <w:shd w:val="clear" w:color="auto" w:fill="156B2A"/>
            <w:vAlign w:val="center"/>
          </w:tcPr>
          <w:p w14:paraId="2D100C18" w14:textId="77777777" w:rsidR="00FA2E10" w:rsidRDefault="00000000">
            <w:r>
              <w:rPr>
                <w:b/>
                <w:color w:val="FFFFFF"/>
                <w:sz w:val="22"/>
              </w:rPr>
              <w:t>For Oral Presentation Only and Poster Presentation</w:t>
            </w:r>
          </w:p>
        </w:tc>
      </w:tr>
    </w:tbl>
    <w:p w14:paraId="0C5DF994" w14:textId="77777777" w:rsidR="00FA2E10" w:rsidRDefault="00FA2E10">
      <w:pPr>
        <w:spacing w:after="1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FA2E10" w14:paraId="4E3A99DD" w14:textId="77777777">
        <w:trPr>
          <w:cantSplit/>
          <w:jc w:val="center"/>
        </w:trPr>
        <w:tc>
          <w:tcPr>
            <w:tcW w:w="4986" w:type="dxa"/>
            <w:shd w:val="clear" w:color="auto" w:fill="EAF5EA"/>
          </w:tcPr>
          <w:p w14:paraId="0C3C508D" w14:textId="77777777" w:rsidR="00FA2E10" w:rsidRDefault="00000000">
            <w:r>
              <w:rPr>
                <w:rFonts w:ascii="Arial" w:hAnsi="Arial"/>
                <w:b/>
                <w:color w:val="156B2A"/>
                <w:sz w:val="18"/>
              </w:rPr>
              <w:t>Purpose</w:t>
            </w:r>
          </w:p>
        </w:tc>
        <w:tc>
          <w:tcPr>
            <w:tcW w:w="4986" w:type="dxa"/>
            <w:shd w:val="clear" w:color="auto" w:fill="FFFFFF"/>
          </w:tcPr>
          <w:p w14:paraId="00EAE407" w14:textId="2E97AA3B" w:rsidR="00FA2E10" w:rsidRDefault="00000000">
            <w:r>
              <w:rPr>
                <w:rFonts w:ascii="Arial" w:hAnsi="Arial"/>
                <w:b/>
                <w:color w:val="000000"/>
                <w:sz w:val="18"/>
              </w:rPr>
              <w:t>This template is for presentation-only</w:t>
            </w:r>
            <w:r w:rsidR="00712270">
              <w:rPr>
                <w:rFonts w:ascii="Arial" w:hAnsi="Arial"/>
                <w:b/>
                <w:color w:val="000000"/>
                <w:sz w:val="18"/>
              </w:rPr>
              <w:t xml:space="preserve"> and poster presentation</w:t>
            </w:r>
            <w:r>
              <w:rPr>
                <w:rFonts w:ascii="Arial" w:hAnsi="Arial"/>
                <w:b/>
                <w:color w:val="000000"/>
                <w:sz w:val="18"/>
              </w:rPr>
              <w:t xml:space="preserve"> submissions. It is used for scientific review and presentation scheduling, not for proceedings publication.</w:t>
            </w:r>
          </w:p>
        </w:tc>
      </w:tr>
      <w:tr w:rsidR="00FA2E10" w14:paraId="600D43BA" w14:textId="77777777">
        <w:trPr>
          <w:cantSplit/>
          <w:jc w:val="center"/>
        </w:trPr>
        <w:tc>
          <w:tcPr>
            <w:tcW w:w="4986" w:type="dxa"/>
            <w:shd w:val="clear" w:color="auto" w:fill="EAF5EA"/>
          </w:tcPr>
          <w:p w14:paraId="392D8B67" w14:textId="77777777" w:rsidR="00FA2E10" w:rsidRDefault="00000000">
            <w:r>
              <w:rPr>
                <w:b/>
                <w:color w:val="156B2A"/>
                <w:sz w:val="18"/>
              </w:rPr>
              <w:t>Required for</w:t>
            </w:r>
          </w:p>
        </w:tc>
        <w:tc>
          <w:tcPr>
            <w:tcW w:w="4986" w:type="dxa"/>
            <w:shd w:val="clear" w:color="auto" w:fill="FFFFFF"/>
          </w:tcPr>
          <w:p w14:paraId="2349C4BD" w14:textId="77777777" w:rsidR="00FA2E10" w:rsidRDefault="00000000">
            <w:r>
              <w:rPr>
                <w:color w:val="000000"/>
                <w:sz w:val="18"/>
              </w:rPr>
              <w:t>Oral Presentation Only and Poster Presentation.</w:t>
            </w:r>
          </w:p>
        </w:tc>
      </w:tr>
      <w:tr w:rsidR="00FA2E10" w14:paraId="40DBD050" w14:textId="77777777">
        <w:trPr>
          <w:cantSplit/>
          <w:jc w:val="center"/>
        </w:trPr>
        <w:tc>
          <w:tcPr>
            <w:tcW w:w="4986" w:type="dxa"/>
            <w:shd w:val="clear" w:color="auto" w:fill="EAF5EA"/>
          </w:tcPr>
          <w:p w14:paraId="77EC11D4" w14:textId="77777777" w:rsidR="00FA2E10" w:rsidRDefault="00000000">
            <w:r>
              <w:rPr>
                <w:b/>
                <w:color w:val="156B2A"/>
                <w:sz w:val="18"/>
              </w:rPr>
              <w:t>Recommended length</w:t>
            </w:r>
          </w:p>
        </w:tc>
        <w:tc>
          <w:tcPr>
            <w:tcW w:w="4986" w:type="dxa"/>
            <w:shd w:val="clear" w:color="auto" w:fill="FFFFFF"/>
          </w:tcPr>
          <w:p w14:paraId="3674FB5C" w14:textId="77777777" w:rsidR="00FA2E10" w:rsidRDefault="00000000">
            <w:r>
              <w:rPr>
                <w:color w:val="000000"/>
                <w:sz w:val="18"/>
              </w:rPr>
              <w:t>2-3 pages or approximately 800-1,200 words, including essential references.</w:t>
            </w:r>
          </w:p>
        </w:tc>
      </w:tr>
      <w:tr w:rsidR="00FA2E10" w14:paraId="723589A2" w14:textId="77777777">
        <w:trPr>
          <w:cantSplit/>
          <w:jc w:val="center"/>
        </w:trPr>
        <w:tc>
          <w:tcPr>
            <w:tcW w:w="4986" w:type="dxa"/>
            <w:shd w:val="clear" w:color="auto" w:fill="EAF5EA"/>
          </w:tcPr>
          <w:p w14:paraId="4BD36960" w14:textId="77777777" w:rsidR="00FA2E10" w:rsidRDefault="00000000">
            <w:r>
              <w:rPr>
                <w:b/>
                <w:color w:val="156B2A"/>
                <w:sz w:val="18"/>
              </w:rPr>
              <w:t>References</w:t>
            </w:r>
          </w:p>
        </w:tc>
        <w:tc>
          <w:tcPr>
            <w:tcW w:w="4986" w:type="dxa"/>
            <w:shd w:val="clear" w:color="auto" w:fill="FFFFFF"/>
          </w:tcPr>
          <w:p w14:paraId="087E5953" w14:textId="77777777" w:rsidR="00FA2E10" w:rsidRDefault="00000000">
            <w:r>
              <w:rPr>
                <w:color w:val="000000"/>
                <w:sz w:val="18"/>
              </w:rPr>
              <w:t>Use only essential references, preferably 3-5 sources. Include DOI where available.</w:t>
            </w:r>
          </w:p>
        </w:tc>
      </w:tr>
    </w:tbl>
    <w:p w14:paraId="2D09F3CB" w14:textId="77777777" w:rsidR="00FA2E10" w:rsidRDefault="00000000">
      <w:pPr>
        <w:spacing w:before="160"/>
      </w:pPr>
      <w:r>
        <w:t>Submission category:  ☐ Oral Presentation Only    ☐ Poster Presentation</w:t>
      </w:r>
    </w:p>
    <w:p w14:paraId="71DA8204" w14:textId="59F88483" w:rsidR="00FA2E10" w:rsidRDefault="00000000">
      <w:pPr>
        <w:spacing w:before="280" w:after="120"/>
        <w:jc w:val="center"/>
      </w:pPr>
      <w:r>
        <w:rPr>
          <w:rFonts w:ascii="Arial" w:hAnsi="Arial"/>
          <w:b/>
          <w:color w:val="156B2A"/>
          <w:sz w:val="28"/>
        </w:rPr>
        <w:t>[Title]</w:t>
      </w:r>
    </w:p>
    <w:p w14:paraId="7B500F1C" w14:textId="77777777" w:rsidR="0029004F" w:rsidRPr="000A0B1E" w:rsidRDefault="0029004F" w:rsidP="0029004F">
      <w:pPr>
        <w:pStyle w:val="NormalWeb"/>
        <w:jc w:val="center"/>
        <w:rPr>
          <w:rFonts w:ascii="Arial" w:hAnsi="Arial" w:cs="Arial"/>
          <w:i/>
          <w:iCs/>
        </w:rPr>
      </w:pPr>
      <w:r w:rsidRPr="000A0B1E">
        <w:rPr>
          <w:rFonts w:ascii="Arial" w:hAnsi="Arial" w:cs="Arial"/>
          <w:i/>
          <w:iCs/>
        </w:rPr>
        <w:t>Author names: [Insert all authors in the correct order; use superscript numbers to link authors to affiliations]</w:t>
      </w:r>
    </w:p>
    <w:p w14:paraId="496096FD" w14:textId="77777777" w:rsidR="0029004F" w:rsidRPr="000A0B1E" w:rsidRDefault="0029004F" w:rsidP="0029004F">
      <w:pPr>
        <w:pStyle w:val="NormalWeb"/>
        <w:jc w:val="center"/>
        <w:rPr>
          <w:rFonts w:ascii="Arial" w:hAnsi="Arial" w:cs="Arial"/>
          <w:i/>
          <w:iCs/>
        </w:rPr>
      </w:pPr>
      <w:r w:rsidRPr="000A0B1E">
        <w:rPr>
          <w:rFonts w:ascii="Arial" w:hAnsi="Arial" w:cs="Arial"/>
          <w:i/>
          <w:iCs/>
        </w:rPr>
        <w:t>Affiliations: [Insert each affiliation in full, including department/unit, institution, city, and country; separate multiple affiliations with semicolons]</w:t>
      </w:r>
    </w:p>
    <w:p w14:paraId="29595A24" w14:textId="77777777" w:rsidR="00FA2E10" w:rsidRDefault="00000000">
      <w:pPr>
        <w:pStyle w:val="Heading2"/>
        <w:spacing w:before="160" w:after="40"/>
      </w:pPr>
      <w:r>
        <w:t>Background / Introduction</w:t>
      </w:r>
    </w:p>
    <w:p w14:paraId="63E3DDCF" w14:textId="77777777" w:rsidR="00FA2E10" w:rsidRDefault="00000000">
      <w:pPr>
        <w:spacing w:after="80"/>
      </w:pPr>
      <w:r>
        <w:rPr>
          <w:i/>
          <w:color w:val="505050"/>
        </w:rPr>
        <w:t>[Briefly describe the scientific background, problem, knowledge gap, and relevance to biomedical innovation or sustainable health.]</w:t>
      </w:r>
    </w:p>
    <w:p w14:paraId="37C13A06" w14:textId="77777777" w:rsidR="00FA2E10" w:rsidRDefault="00000000">
      <w:pPr>
        <w:pStyle w:val="Heading2"/>
        <w:spacing w:before="160" w:after="40"/>
      </w:pPr>
      <w:r>
        <w:t>Objective(s)</w:t>
      </w:r>
    </w:p>
    <w:p w14:paraId="0ADBBA45" w14:textId="77777777" w:rsidR="00FA2E10" w:rsidRDefault="00000000">
      <w:pPr>
        <w:spacing w:after="80"/>
      </w:pPr>
      <w:r>
        <w:rPr>
          <w:i/>
          <w:color w:val="505050"/>
        </w:rPr>
        <w:t>[State the main objective(s), research question, or aim of the work.]</w:t>
      </w:r>
    </w:p>
    <w:p w14:paraId="2A85A47C" w14:textId="77777777" w:rsidR="00FA2E10" w:rsidRDefault="00000000">
      <w:pPr>
        <w:pStyle w:val="Heading2"/>
        <w:spacing w:before="160" w:after="40"/>
      </w:pPr>
      <w:r>
        <w:t>Methods / Approach</w:t>
      </w:r>
    </w:p>
    <w:p w14:paraId="64040475" w14:textId="77777777" w:rsidR="00FA2E10" w:rsidRDefault="00000000">
      <w:pPr>
        <w:spacing w:after="80"/>
      </w:pPr>
      <w:r>
        <w:rPr>
          <w:i/>
          <w:color w:val="505050"/>
        </w:rPr>
        <w:t>[Describe the study design, setting, participants/samples/data sources, procedures, variables, instruments, and analysis approach. For reviews, summarize the literature search and selection approach. For preliminary studies, state the current validation stage.]</w:t>
      </w:r>
    </w:p>
    <w:p w14:paraId="092BED6D" w14:textId="77777777" w:rsidR="00FA2E10" w:rsidRDefault="00000000">
      <w:pPr>
        <w:pStyle w:val="Heading2"/>
        <w:spacing w:before="160" w:after="40"/>
      </w:pPr>
      <w:r>
        <w:t>Results / Preliminary Findings</w:t>
      </w:r>
    </w:p>
    <w:p w14:paraId="754017CE" w14:textId="77777777" w:rsidR="00FA2E10" w:rsidRDefault="00000000">
      <w:pPr>
        <w:spacing w:after="80"/>
      </w:pPr>
      <w:r>
        <w:rPr>
          <w:i/>
          <w:color w:val="505050"/>
        </w:rPr>
        <w:t>[Present the most important findings clearly. For preliminary studies, indicate that the findings are preliminary and specify what remains to be validated.]</w:t>
      </w:r>
    </w:p>
    <w:p w14:paraId="36DE364B" w14:textId="77777777" w:rsidR="00FA2E10" w:rsidRDefault="00000000">
      <w:pPr>
        <w:pStyle w:val="Heading2"/>
        <w:spacing w:before="160" w:after="40"/>
      </w:pPr>
      <w:r>
        <w:t>Discussion / Implications</w:t>
      </w:r>
    </w:p>
    <w:p w14:paraId="05D5A9DA" w14:textId="77777777" w:rsidR="00FA2E10" w:rsidRDefault="00000000">
      <w:pPr>
        <w:spacing w:after="80"/>
      </w:pPr>
      <w:r>
        <w:rPr>
          <w:i/>
          <w:color w:val="505050"/>
        </w:rPr>
        <w:t>[Interpret the findings, explain their scientific or clinical relevance, and describe implications for biomedical innovation, health education, evidence-based practice, or sustainable health.]</w:t>
      </w:r>
    </w:p>
    <w:p w14:paraId="70E1B20F" w14:textId="77777777" w:rsidR="00FA2E10" w:rsidRDefault="00000000">
      <w:pPr>
        <w:pStyle w:val="Heading2"/>
        <w:spacing w:before="160" w:after="40"/>
      </w:pPr>
      <w:r>
        <w:t>Conclusion</w:t>
      </w:r>
    </w:p>
    <w:p w14:paraId="1D78ED8D" w14:textId="77777777" w:rsidR="00FA2E10" w:rsidRDefault="00000000">
      <w:pPr>
        <w:spacing w:after="80"/>
      </w:pPr>
      <w:r>
        <w:rPr>
          <w:i/>
          <w:color w:val="505050"/>
        </w:rPr>
        <w:t>[Provide a concise conclusion that directly responds to the objective(s). Avoid overclaiming, especially for preliminary findings.]</w:t>
      </w:r>
    </w:p>
    <w:p w14:paraId="433DF6B1" w14:textId="77777777" w:rsidR="00FA2E10" w:rsidRDefault="00000000">
      <w:pPr>
        <w:pStyle w:val="Heading2"/>
        <w:spacing w:before="160" w:after="40"/>
      </w:pPr>
      <w:r>
        <w:lastRenderedPageBreak/>
        <w:t>Relevance to ICBISH Theme and/or SDGs</w:t>
      </w:r>
    </w:p>
    <w:p w14:paraId="3B2DAE2E" w14:textId="77777777" w:rsidR="00FA2E10" w:rsidRDefault="00000000">
      <w:pPr>
        <w:spacing w:after="80"/>
      </w:pPr>
      <w:r>
        <w:rPr>
          <w:i/>
          <w:color w:val="505050"/>
        </w:rPr>
        <w:t>[Briefly explain how the work supports Biomedical Innovation Driving Sustainable Health and, if applicable, one or more SDGs.]</w:t>
      </w:r>
    </w:p>
    <w:p w14:paraId="627FF84B" w14:textId="77777777" w:rsidR="00FA2E10" w:rsidRDefault="00000000">
      <w:pPr>
        <w:pStyle w:val="Heading2"/>
        <w:spacing w:before="160" w:after="40"/>
      </w:pPr>
      <w:r>
        <w:t>Keywords</w:t>
      </w:r>
    </w:p>
    <w:p w14:paraId="6265506D" w14:textId="77777777" w:rsidR="00FA2E10" w:rsidRDefault="00000000">
      <w:pPr>
        <w:spacing w:after="80"/>
      </w:pPr>
      <w:r>
        <w:rPr>
          <w:i/>
          <w:color w:val="505050"/>
        </w:rPr>
        <w:t>[Provide 3-5 keywords. Biomedical submissions are encouraged to use MeSH terms where appropriate.]</w:t>
      </w:r>
    </w:p>
    <w:p w14:paraId="63CB571D" w14:textId="77777777" w:rsidR="00FA2E10" w:rsidRDefault="00000000">
      <w:pPr>
        <w:pStyle w:val="Heading2"/>
        <w:spacing w:before="160" w:after="40"/>
      </w:pPr>
      <w:r>
        <w:t>Ethics / Consent Statement, if applicable</w:t>
      </w:r>
    </w:p>
    <w:p w14:paraId="0AD9D47F" w14:textId="77777777" w:rsidR="00FA2E10" w:rsidRDefault="00000000">
      <w:pPr>
        <w:spacing w:after="80"/>
      </w:pPr>
      <w:r>
        <w:rPr>
          <w:i/>
          <w:color w:val="505050"/>
        </w:rPr>
        <w:t>[State ethics approval, informed consent, consent for publication, or waiver if applicable. For the blinded version, anonymize institution-specific details if required.]</w:t>
      </w:r>
    </w:p>
    <w:p w14:paraId="61B9C142" w14:textId="77777777" w:rsidR="00FA2E10" w:rsidRDefault="00000000">
      <w:pPr>
        <w:pStyle w:val="Heading2"/>
        <w:spacing w:before="160" w:after="40"/>
      </w:pPr>
      <w:r>
        <w:t>References</w:t>
      </w:r>
    </w:p>
    <w:p w14:paraId="2E37F8DD" w14:textId="77777777" w:rsidR="00FA2E10" w:rsidRDefault="00000000">
      <w:pPr>
        <w:spacing w:after="80"/>
      </w:pPr>
      <w:r>
        <w:rPr>
          <w:i/>
          <w:color w:val="505050"/>
        </w:rPr>
        <w:t>[List 3-5 essential references using the ICBISH/Web of Conferences numerical style. Include DOI where available.]</w:t>
      </w:r>
    </w:p>
    <w:p w14:paraId="345301BD" w14:textId="77777777" w:rsidR="00FA2E10" w:rsidRDefault="00000000">
      <w:r>
        <w:br w:type="page"/>
      </w:r>
    </w:p>
    <w:sectPr w:rsidR="00FA2E10" w:rsidSect="00034616">
      <w:headerReference w:type="default" r:id="rId8"/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1A849C" w14:textId="77777777" w:rsidR="009246D8" w:rsidRDefault="009246D8">
      <w:pPr>
        <w:spacing w:after="0" w:line="240" w:lineRule="auto"/>
      </w:pPr>
      <w:r>
        <w:separator/>
      </w:r>
    </w:p>
  </w:endnote>
  <w:endnote w:type="continuationSeparator" w:id="0">
    <w:p w14:paraId="141A6C92" w14:textId="77777777" w:rsidR="009246D8" w:rsidRDefault="0092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39404C" w14:textId="77777777" w:rsidR="00FA2E10" w:rsidRDefault="00000000">
    <w:pPr>
      <w:pStyle w:val="Footer"/>
      <w:jc w:val="center"/>
    </w:pPr>
    <w:r>
      <w:rPr>
        <w:rFonts w:ascii="Arial" w:hAnsi="Arial"/>
        <w:color w:val="646464"/>
        <w:sz w:val="16"/>
      </w:rPr>
      <w:t>Faculty of Medicine, Universitas Negeri Surabaya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B136E0" w14:textId="77777777" w:rsidR="009246D8" w:rsidRDefault="009246D8">
      <w:pPr>
        <w:spacing w:after="0" w:line="240" w:lineRule="auto"/>
      </w:pPr>
      <w:r>
        <w:separator/>
      </w:r>
    </w:p>
  </w:footnote>
  <w:footnote w:type="continuationSeparator" w:id="0">
    <w:p w14:paraId="6F54517D" w14:textId="77777777" w:rsidR="009246D8" w:rsidRDefault="00924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0980B" w14:textId="77777777" w:rsidR="00FA2E10" w:rsidRDefault="00000000">
    <w:pPr>
      <w:pStyle w:val="Header"/>
      <w:jc w:val="right"/>
    </w:pPr>
    <w:r>
      <w:rPr>
        <w:rFonts w:ascii="Arial" w:hAnsi="Arial"/>
        <w:color w:val="156B2A"/>
        <w:sz w:val="16"/>
      </w:rPr>
      <w:t>ICBISH 2026 Extended Abstract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7467138">
    <w:abstractNumId w:val="8"/>
  </w:num>
  <w:num w:numId="2" w16cid:durableId="1242451742">
    <w:abstractNumId w:val="6"/>
  </w:num>
  <w:num w:numId="3" w16cid:durableId="1154300985">
    <w:abstractNumId w:val="5"/>
  </w:num>
  <w:num w:numId="4" w16cid:durableId="355274583">
    <w:abstractNumId w:val="4"/>
  </w:num>
  <w:num w:numId="5" w16cid:durableId="330722892">
    <w:abstractNumId w:val="7"/>
  </w:num>
  <w:num w:numId="6" w16cid:durableId="434642085">
    <w:abstractNumId w:val="3"/>
  </w:num>
  <w:num w:numId="7" w16cid:durableId="1750879834">
    <w:abstractNumId w:val="2"/>
  </w:num>
  <w:num w:numId="8" w16cid:durableId="2014871246">
    <w:abstractNumId w:val="1"/>
  </w:num>
  <w:num w:numId="9" w16cid:durableId="17198198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B1E"/>
    <w:rsid w:val="0015074B"/>
    <w:rsid w:val="001B45B7"/>
    <w:rsid w:val="0029004F"/>
    <w:rsid w:val="0029639D"/>
    <w:rsid w:val="00326F90"/>
    <w:rsid w:val="00712270"/>
    <w:rsid w:val="009246D8"/>
    <w:rsid w:val="00AA1D8D"/>
    <w:rsid w:val="00B46C37"/>
    <w:rsid w:val="00B47730"/>
    <w:rsid w:val="00CB0664"/>
    <w:rsid w:val="00D219F5"/>
    <w:rsid w:val="00F41E17"/>
    <w:rsid w:val="00FA2E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3D4B6"/>
  <w14:defaultImageDpi w14:val="300"/>
  <w15:docId w15:val="{00F2C131-6D1C-E447-B2BA-9FB5F524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56B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B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B2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900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Dini Aulia Cahya</cp:lastModifiedBy>
  <cp:revision>5</cp:revision>
  <dcterms:created xsi:type="dcterms:W3CDTF">2026-06-28T10:38:00Z</dcterms:created>
  <dcterms:modified xsi:type="dcterms:W3CDTF">2026-06-28T11:10:00Z</dcterms:modified>
  <cp:category/>
</cp:coreProperties>
</file>